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56D9" w:rsidRDefault="000B56D9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0B56D9" w:rsidRDefault="000B56D9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0B56D9" w:rsidRDefault="000B56D9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A52B01" w:rsidRPr="00767774" w:rsidRDefault="00023FB4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Rajyashree A. Tayde</w:t>
      </w:r>
    </w:p>
    <w:p w:rsidR="002A3380" w:rsidRPr="00EB47F9" w:rsidRDefault="00777FC6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EB47F9">
        <w:rPr>
          <w:rFonts w:ascii="Times New Roman" w:hAnsi="Times New Roman" w:cs="Times New Roman"/>
          <w:color w:val="FF0000"/>
          <w:sz w:val="28"/>
          <w:szCs w:val="28"/>
        </w:rPr>
        <w:t>Assistant Professor</w:t>
      </w:r>
    </w:p>
    <w:p w:rsidR="00A52B01" w:rsidRDefault="00777FC6" w:rsidP="00A52B01">
      <w:pPr>
        <w:jc w:val="both"/>
        <w:rPr>
          <w:rFonts w:ascii="Times New Roman" w:hAnsi="Times New Roman" w:cs="Times New Roman"/>
          <w:sz w:val="28"/>
          <w:szCs w:val="28"/>
        </w:rPr>
      </w:pPr>
      <w:r w:rsidRPr="00A52B01">
        <w:rPr>
          <w:color w:val="FF0000"/>
        </w:rPr>
        <w:br/>
      </w:r>
      <w:r w:rsidR="00A52B01" w:rsidRPr="00A52B01">
        <w:rPr>
          <w:rFonts w:ascii="Times New Roman" w:hAnsi="Times New Roman" w:cs="Times New Roman"/>
          <w:sz w:val="28"/>
          <w:szCs w:val="28"/>
        </w:rPr>
        <w:t>Qualification:</w:t>
      </w:r>
      <w:r w:rsidRPr="00A52B01">
        <w:rPr>
          <w:rFonts w:ascii="Times New Roman" w:hAnsi="Times New Roman" w:cs="Times New Roman"/>
          <w:sz w:val="28"/>
          <w:szCs w:val="28"/>
        </w:rPr>
        <w:t xml:space="preserve"> </w:t>
      </w:r>
      <w:r w:rsidR="00023FB4">
        <w:rPr>
          <w:rFonts w:ascii="Times New Roman" w:hAnsi="Times New Roman" w:cs="Times New Roman"/>
          <w:sz w:val="28"/>
          <w:szCs w:val="28"/>
        </w:rPr>
        <w:t>B.E. (ENTC)</w:t>
      </w:r>
      <w:r w:rsidR="00A52B01">
        <w:rPr>
          <w:rFonts w:ascii="Times New Roman" w:hAnsi="Times New Roman" w:cs="Times New Roman"/>
          <w:sz w:val="28"/>
          <w:szCs w:val="28"/>
        </w:rPr>
        <w:t>, MBA</w:t>
      </w:r>
      <w:r w:rsidR="00023FB4">
        <w:rPr>
          <w:rFonts w:ascii="Times New Roman" w:hAnsi="Times New Roman" w:cs="Times New Roman"/>
          <w:sz w:val="28"/>
          <w:szCs w:val="28"/>
        </w:rPr>
        <w:t xml:space="preserve"> (Marketing)</w:t>
      </w:r>
      <w:r w:rsidR="00A52B0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3380" w:rsidRPr="00A52B01" w:rsidRDefault="007677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Experience: </w:t>
      </w:r>
      <w:r w:rsidR="00A52B01">
        <w:rPr>
          <w:rFonts w:ascii="Times New Roman" w:hAnsi="Times New Roman" w:cs="Times New Roman"/>
          <w:sz w:val="28"/>
          <w:szCs w:val="28"/>
        </w:rPr>
        <w:t xml:space="preserve">Years </w:t>
      </w:r>
    </w:p>
    <w:p w:rsidR="00767774" w:rsidRDefault="00777FC6">
      <w:pPr>
        <w:rPr>
          <w:rFonts w:ascii="Times New Roman" w:hAnsi="Times New Roman" w:cs="Times New Roman"/>
          <w:sz w:val="28"/>
          <w:szCs w:val="28"/>
        </w:rPr>
      </w:pPr>
      <w:r w:rsidRPr="00A52B01">
        <w:rPr>
          <w:rFonts w:ascii="Times New Roman" w:hAnsi="Times New Roman" w:cs="Times New Roman"/>
          <w:sz w:val="28"/>
          <w:szCs w:val="28"/>
        </w:rPr>
        <w:t xml:space="preserve">Expert </w:t>
      </w:r>
      <w:r w:rsidR="00EB47F9" w:rsidRPr="00A52B01">
        <w:rPr>
          <w:rFonts w:ascii="Times New Roman" w:hAnsi="Times New Roman" w:cs="Times New Roman"/>
          <w:sz w:val="28"/>
          <w:szCs w:val="28"/>
        </w:rPr>
        <w:t>Area</w:t>
      </w:r>
      <w:r w:rsidR="00EB47F9">
        <w:rPr>
          <w:rFonts w:ascii="Times New Roman" w:hAnsi="Times New Roman" w:cs="Times New Roman"/>
          <w:sz w:val="28"/>
          <w:szCs w:val="28"/>
        </w:rPr>
        <w:t>:</w:t>
      </w:r>
      <w:r w:rsidRPr="00A52B01">
        <w:rPr>
          <w:rFonts w:ascii="Times New Roman" w:hAnsi="Times New Roman" w:cs="Times New Roman"/>
          <w:sz w:val="28"/>
          <w:szCs w:val="28"/>
        </w:rPr>
        <w:t xml:space="preserve"> </w:t>
      </w:r>
      <w:r w:rsidR="00023FB4">
        <w:rPr>
          <w:rFonts w:ascii="Times New Roman" w:hAnsi="Times New Roman" w:cs="Times New Roman"/>
          <w:sz w:val="28"/>
          <w:szCs w:val="28"/>
        </w:rPr>
        <w:t>Marketing</w:t>
      </w:r>
      <w:r w:rsidR="00023FB4" w:rsidRPr="00A52B01">
        <w:rPr>
          <w:rFonts w:ascii="Times New Roman" w:hAnsi="Times New Roman" w:cs="Times New Roman"/>
          <w:sz w:val="28"/>
          <w:szCs w:val="28"/>
        </w:rPr>
        <w:t xml:space="preserve"> </w:t>
      </w:r>
      <w:r w:rsidRPr="00A52B01">
        <w:rPr>
          <w:rFonts w:ascii="Times New Roman" w:hAnsi="Times New Roman" w:cs="Times New Roman"/>
          <w:sz w:val="28"/>
          <w:szCs w:val="28"/>
        </w:rPr>
        <w:t>Management</w:t>
      </w:r>
    </w:p>
    <w:p w:rsidR="00767774" w:rsidRDefault="00EB47F9">
      <w:pPr>
        <w:rPr>
          <w:rFonts w:ascii="Times New Roman" w:hAnsi="Times New Roman" w:cs="Times New Roman"/>
          <w:sz w:val="28"/>
          <w:szCs w:val="28"/>
        </w:rPr>
      </w:pPr>
      <w:r w:rsidRPr="00A52B01">
        <w:rPr>
          <w:rFonts w:ascii="Times New Roman" w:hAnsi="Times New Roman" w:cs="Times New Roman"/>
          <w:sz w:val="28"/>
          <w:szCs w:val="28"/>
        </w:rPr>
        <w:t>Email:</w:t>
      </w:r>
      <w:r w:rsidR="00777FC6" w:rsidRPr="00A52B01">
        <w:rPr>
          <w:rFonts w:ascii="Times New Roman" w:hAnsi="Times New Roman" w:cs="Times New Roman"/>
          <w:sz w:val="28"/>
          <w:szCs w:val="28"/>
        </w:rPr>
        <w:t xml:space="preserve"> </w:t>
      </w:r>
      <w:r w:rsidR="00023FB4">
        <w:rPr>
          <w:rFonts w:ascii="Times New Roman" w:hAnsi="Times New Roman" w:cs="Times New Roman"/>
          <w:sz w:val="28"/>
          <w:szCs w:val="28"/>
        </w:rPr>
        <w:t>rajyashreeborkar8392@gmail.com</w:t>
      </w:r>
      <w:hyperlink r:id="rId8" w:history="1"/>
    </w:p>
    <w:p w:rsidR="002A3380" w:rsidRDefault="00EB47F9">
      <w:pPr>
        <w:rPr>
          <w:rFonts w:ascii="Times New Roman" w:hAnsi="Times New Roman" w:cs="Times New Roman"/>
          <w:sz w:val="28"/>
          <w:szCs w:val="28"/>
        </w:rPr>
      </w:pPr>
      <w:r w:rsidRPr="00A52B01">
        <w:rPr>
          <w:rFonts w:ascii="Times New Roman" w:hAnsi="Times New Roman" w:cs="Times New Roman"/>
          <w:sz w:val="28"/>
          <w:szCs w:val="28"/>
        </w:rPr>
        <w:t>Contact:</w:t>
      </w:r>
      <w:r w:rsidR="00023FB4">
        <w:rPr>
          <w:rFonts w:ascii="Times New Roman" w:hAnsi="Times New Roman" w:cs="Times New Roman"/>
          <w:sz w:val="28"/>
          <w:szCs w:val="28"/>
        </w:rPr>
        <w:t>7378822255</w:t>
      </w: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>
      <w:pPr>
        <w:rPr>
          <w:rFonts w:ascii="Times New Roman" w:hAnsi="Times New Roman" w:cs="Times New Roman"/>
          <w:sz w:val="28"/>
          <w:szCs w:val="28"/>
        </w:rPr>
      </w:pPr>
    </w:p>
    <w:p w:rsidR="000A337B" w:rsidRDefault="000A337B" w:rsidP="000A337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B56D9" w:rsidRDefault="000B56D9" w:rsidP="000A337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B56D9" w:rsidRDefault="009C3E7C" w:rsidP="000B56D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6" name="AutoShape 3" descr="blob:https://web.whatsapp.com/4e4c726b-1111-4150-bde9-7ffaba233b8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D028ADC" id="AutoShape 3" o:spid="_x0000_s1026" alt="blob:https://web.whatsapp.com/4e4c726b-1111-4150-bde9-7ffaba233b83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EgLZbDkAgAAAgYAAA4AAAAAAAAAAAAAAAAA&#10;LgIAAGRycy9lMm9Eb2MueG1sUEsBAi0AFAAGAAgAAAAhAEyg6SzYAAAAAwEAAA8AAAAAAAAAAAAA&#10;AAAAPgUAAGRycy9kb3ducmV2LnhtbFBLBQYAAAAABAAEAPMAAABDBgAAAAA=&#10;" filled="f" stroked="f">
                <o:lock v:ext="edit" aspectratio="t"/>
                <w10:anchorlock/>
              </v:rect>
            </w:pict>
          </mc:Fallback>
        </mc:AlternateContent>
      </w:r>
      <w:r w:rsidRPr="009C3E7C">
        <w:t xml:space="preserve"> </w:t>
      </w:r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5" name="AutoShape 4" descr="blob:https://web.whatsapp.com/4e4c726b-1111-4150-bde9-7ffaba233b8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AA4CBAA" id="AutoShape 4" o:spid="_x0000_s1026" alt="blob:https://web.whatsapp.com/4e4c726b-1111-4150-bde9-7ffaba233b83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I6MD6bkAgAAAgYAAA4AAAAAAAAAAAAAAAAA&#10;LgIAAGRycy9lMm9Eb2MueG1sUEsBAi0AFAAGAAgAAAAhAEyg6SzYAAAAAwEAAA8AAAAAAAAAAAAA&#10;AAAAPgUAAGRycy9kb3ducmV2LnhtbFBLBQYAAAAABAAEAPMAAABDBgAAAAA=&#10;" filled="f" stroked="f">
                <o:lock v:ext="edit" aspectratio="t"/>
                <w10:anchorlock/>
              </v:rect>
            </w:pict>
          </mc:Fallback>
        </mc:AlternateContent>
      </w:r>
      <w:r w:rsidRPr="009C3E7C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9C3E7C">
        <w:rPr>
          <w:noProof/>
        </w:rPr>
        <w:drawing>
          <wp:inline distT="0" distB="0" distL="0" distR="0">
            <wp:extent cx="1504950" cy="1930197"/>
            <wp:effectExtent l="0" t="0" r="0" b="0"/>
            <wp:docPr id="4" name="Picture 4" descr="C:\Users\Lenovo\Downloads\WhatsApp Image 2025-09-19 at 9.40.26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ownloads\WhatsApp Image 2025-09-19 at 9.40.26 AM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224" cy="194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56D9" w:rsidRDefault="000B56D9" w:rsidP="000B56D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A337B" w:rsidRPr="00804003" w:rsidRDefault="00741D56" w:rsidP="000A337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804003">
        <w:rPr>
          <w:rFonts w:ascii="Times New Roman" w:hAnsi="Times New Roman" w:cs="Times New Roman"/>
          <w:b/>
          <w:sz w:val="28"/>
          <w:szCs w:val="28"/>
        </w:rPr>
        <w:t>Name of Teacher</w:t>
      </w:r>
      <w:r w:rsidRPr="00804003">
        <w:rPr>
          <w:rFonts w:ascii="Times New Roman" w:hAnsi="Times New Roman" w:cs="Times New Roman"/>
          <w:sz w:val="28"/>
          <w:szCs w:val="28"/>
        </w:rPr>
        <w:t xml:space="preserve"> – </w:t>
      </w:r>
      <w:r w:rsidR="00023FB4">
        <w:rPr>
          <w:rFonts w:ascii="Times New Roman" w:hAnsi="Times New Roman" w:cs="Times New Roman"/>
          <w:sz w:val="28"/>
          <w:szCs w:val="28"/>
        </w:rPr>
        <w:t>Rajyashree A. Tayde</w:t>
      </w:r>
      <w:r w:rsidRPr="0080400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41D56" w:rsidRPr="00804003" w:rsidRDefault="00741D56" w:rsidP="000A337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804003">
        <w:rPr>
          <w:rFonts w:ascii="Times New Roman" w:hAnsi="Times New Roman" w:cs="Times New Roman"/>
          <w:b/>
          <w:sz w:val="28"/>
          <w:szCs w:val="28"/>
        </w:rPr>
        <w:t>Designation -</w:t>
      </w:r>
      <w:r w:rsidRPr="00804003">
        <w:rPr>
          <w:rFonts w:ascii="Times New Roman" w:hAnsi="Times New Roman" w:cs="Times New Roman"/>
          <w:sz w:val="28"/>
          <w:szCs w:val="28"/>
        </w:rPr>
        <w:t xml:space="preserve">           Assistant Professor </w:t>
      </w:r>
    </w:p>
    <w:p w:rsidR="00741D56" w:rsidRPr="00804003" w:rsidRDefault="00741D56" w:rsidP="000A337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804003">
        <w:rPr>
          <w:rFonts w:ascii="Times New Roman" w:hAnsi="Times New Roman" w:cs="Times New Roman"/>
          <w:b/>
          <w:sz w:val="28"/>
          <w:szCs w:val="28"/>
        </w:rPr>
        <w:t>Educational Qualification</w:t>
      </w:r>
      <w:r w:rsidRPr="00804003">
        <w:rPr>
          <w:rFonts w:ascii="Times New Roman" w:hAnsi="Times New Roman" w:cs="Times New Roman"/>
          <w:sz w:val="28"/>
          <w:szCs w:val="28"/>
        </w:rPr>
        <w:t xml:space="preserve"> – </w:t>
      </w:r>
      <w:r w:rsidR="00767774">
        <w:rPr>
          <w:rFonts w:ascii="Times New Roman" w:hAnsi="Times New Roman" w:cs="Times New Roman"/>
          <w:sz w:val="28"/>
          <w:szCs w:val="28"/>
        </w:rPr>
        <w:t>B.</w:t>
      </w:r>
      <w:r w:rsidR="00023FB4">
        <w:rPr>
          <w:rFonts w:ascii="Times New Roman" w:hAnsi="Times New Roman" w:cs="Times New Roman"/>
          <w:sz w:val="28"/>
          <w:szCs w:val="28"/>
        </w:rPr>
        <w:t>E.</w:t>
      </w:r>
      <w:r w:rsidR="00767774">
        <w:rPr>
          <w:rFonts w:ascii="Times New Roman" w:hAnsi="Times New Roman" w:cs="Times New Roman"/>
          <w:sz w:val="28"/>
          <w:szCs w:val="28"/>
        </w:rPr>
        <w:t>, MBA</w:t>
      </w:r>
      <w:r w:rsidRPr="0080400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41D56" w:rsidRPr="00804003" w:rsidRDefault="00EA05C0" w:rsidP="000A337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804003">
        <w:rPr>
          <w:rFonts w:ascii="Times New Roman" w:hAnsi="Times New Roman" w:cs="Times New Roman"/>
          <w:b/>
          <w:sz w:val="28"/>
          <w:szCs w:val="28"/>
        </w:rPr>
        <w:t>Date of Appointment</w:t>
      </w:r>
      <w:r w:rsidRPr="00804003">
        <w:rPr>
          <w:rFonts w:ascii="Times New Roman" w:hAnsi="Times New Roman" w:cs="Times New Roman"/>
          <w:sz w:val="28"/>
          <w:szCs w:val="28"/>
        </w:rPr>
        <w:t xml:space="preserve"> – </w:t>
      </w:r>
      <w:r w:rsidR="00767774">
        <w:rPr>
          <w:rFonts w:ascii="Times New Roman" w:hAnsi="Times New Roman" w:cs="Times New Roman"/>
          <w:sz w:val="28"/>
          <w:szCs w:val="28"/>
        </w:rPr>
        <w:t>01</w:t>
      </w:r>
      <w:r w:rsidR="00767774" w:rsidRPr="0076777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="00767774">
        <w:rPr>
          <w:rFonts w:ascii="Times New Roman" w:hAnsi="Times New Roman" w:cs="Times New Roman"/>
          <w:sz w:val="28"/>
          <w:szCs w:val="28"/>
        </w:rPr>
        <w:t xml:space="preserve"> July 2025</w:t>
      </w:r>
      <w:r w:rsidRPr="0080400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A05C0" w:rsidRPr="00804003" w:rsidRDefault="00E719DD" w:rsidP="000A337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804003">
        <w:rPr>
          <w:rFonts w:ascii="Times New Roman" w:hAnsi="Times New Roman" w:cs="Times New Roman"/>
          <w:b/>
          <w:sz w:val="28"/>
          <w:szCs w:val="28"/>
        </w:rPr>
        <w:t>Experience in years</w:t>
      </w:r>
      <w:r w:rsidR="00767774">
        <w:rPr>
          <w:rFonts w:ascii="Times New Roman" w:hAnsi="Times New Roman" w:cs="Times New Roman"/>
          <w:sz w:val="28"/>
          <w:szCs w:val="28"/>
        </w:rPr>
        <w:t xml:space="preserve"> – 2</w:t>
      </w:r>
      <w:r w:rsidR="003D5AFE">
        <w:rPr>
          <w:rFonts w:ascii="Times New Roman" w:hAnsi="Times New Roman" w:cs="Times New Roman"/>
          <w:sz w:val="28"/>
          <w:szCs w:val="28"/>
        </w:rPr>
        <w:t>.9</w:t>
      </w:r>
      <w:r w:rsidR="00767774">
        <w:rPr>
          <w:rFonts w:ascii="Times New Roman" w:hAnsi="Times New Roman" w:cs="Times New Roman"/>
          <w:sz w:val="28"/>
          <w:szCs w:val="28"/>
        </w:rPr>
        <w:t xml:space="preserve"> </w:t>
      </w:r>
      <w:r w:rsidR="003D5AFE">
        <w:rPr>
          <w:rFonts w:ascii="Times New Roman" w:hAnsi="Times New Roman" w:cs="Times New Roman"/>
          <w:sz w:val="28"/>
          <w:szCs w:val="28"/>
        </w:rPr>
        <w:t xml:space="preserve">Years in Corporate &amp; 4 </w:t>
      </w:r>
      <w:bookmarkStart w:id="0" w:name="_GoBack"/>
      <w:r w:rsidR="003D5AFE">
        <w:rPr>
          <w:rFonts w:ascii="Times New Roman" w:hAnsi="Times New Roman" w:cs="Times New Roman"/>
          <w:sz w:val="28"/>
          <w:szCs w:val="28"/>
        </w:rPr>
        <w:t>m</w:t>
      </w:r>
      <w:bookmarkEnd w:id="0"/>
      <w:r w:rsidR="003D5AFE">
        <w:rPr>
          <w:rFonts w:ascii="Times New Roman" w:hAnsi="Times New Roman" w:cs="Times New Roman"/>
          <w:sz w:val="28"/>
          <w:szCs w:val="28"/>
        </w:rPr>
        <w:t>onths in Teaching</w:t>
      </w:r>
      <w:r w:rsidRPr="0080400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77FC6" w:rsidRPr="00804003" w:rsidRDefault="00E719DD" w:rsidP="000A337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804003">
        <w:rPr>
          <w:rFonts w:ascii="Times New Roman" w:hAnsi="Times New Roman" w:cs="Times New Roman"/>
          <w:b/>
          <w:sz w:val="28"/>
          <w:szCs w:val="28"/>
        </w:rPr>
        <w:t>Corresponding Address</w:t>
      </w:r>
      <w:r w:rsidRPr="00804003">
        <w:rPr>
          <w:rFonts w:ascii="Times New Roman" w:hAnsi="Times New Roman" w:cs="Times New Roman"/>
          <w:sz w:val="28"/>
          <w:szCs w:val="28"/>
        </w:rPr>
        <w:t xml:space="preserve"> </w:t>
      </w:r>
      <w:r w:rsidR="00777FC6" w:rsidRPr="00804003">
        <w:rPr>
          <w:rFonts w:ascii="Times New Roman" w:hAnsi="Times New Roman" w:cs="Times New Roman"/>
          <w:sz w:val="28"/>
          <w:szCs w:val="28"/>
        </w:rPr>
        <w:t xml:space="preserve">– </w:t>
      </w:r>
      <w:r w:rsidR="003D5AFE">
        <w:rPr>
          <w:rFonts w:ascii="Times New Roman" w:hAnsi="Times New Roman" w:cs="Times New Roman"/>
          <w:sz w:val="28"/>
          <w:szCs w:val="28"/>
        </w:rPr>
        <w:t>Flat 102, Shree Sai Ram Gajanan Enclave, behind Rajwada Palace, near Nakshatra Township, Amravati- 444604</w:t>
      </w:r>
    </w:p>
    <w:p w:rsidR="00777FC6" w:rsidRPr="00804003" w:rsidRDefault="00777FC6" w:rsidP="00777FC6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804003">
        <w:rPr>
          <w:rFonts w:ascii="Times New Roman" w:hAnsi="Times New Roman" w:cs="Times New Roman"/>
          <w:b/>
          <w:sz w:val="28"/>
          <w:szCs w:val="28"/>
        </w:rPr>
        <w:t>Email</w:t>
      </w:r>
      <w:r w:rsidRPr="00804003">
        <w:rPr>
          <w:rFonts w:ascii="Times New Roman" w:hAnsi="Times New Roman" w:cs="Times New Roman"/>
          <w:sz w:val="28"/>
          <w:szCs w:val="28"/>
        </w:rPr>
        <w:t xml:space="preserve">: </w:t>
      </w:r>
      <w:r w:rsidR="003D5AFE">
        <w:rPr>
          <w:rFonts w:ascii="Times New Roman" w:hAnsi="Times New Roman" w:cs="Times New Roman"/>
          <w:sz w:val="28"/>
          <w:szCs w:val="28"/>
        </w:rPr>
        <w:t>rajyashreeborkar8392@gmail.com</w:t>
      </w:r>
      <w:hyperlink r:id="rId10" w:history="1"/>
    </w:p>
    <w:p w:rsidR="00777FC6" w:rsidRPr="00767774" w:rsidRDefault="00777FC6" w:rsidP="000A337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  <w:sz w:val="28"/>
          <w:szCs w:val="28"/>
        </w:rPr>
      </w:pPr>
      <w:r w:rsidRPr="00767774">
        <w:rPr>
          <w:rFonts w:ascii="Times New Roman" w:hAnsi="Times New Roman" w:cs="Times New Roman"/>
          <w:b/>
          <w:sz w:val="28"/>
          <w:szCs w:val="28"/>
        </w:rPr>
        <w:t>Contact:</w:t>
      </w:r>
      <w:r w:rsidRPr="00767774">
        <w:rPr>
          <w:rFonts w:ascii="Times New Roman" w:hAnsi="Times New Roman" w:cs="Times New Roman"/>
          <w:sz w:val="28"/>
          <w:szCs w:val="28"/>
        </w:rPr>
        <w:t xml:space="preserve"> </w:t>
      </w:r>
      <w:r w:rsidR="003D5AFE">
        <w:rPr>
          <w:rFonts w:ascii="Times New Roman" w:hAnsi="Times New Roman" w:cs="Times New Roman"/>
          <w:sz w:val="28"/>
          <w:szCs w:val="28"/>
        </w:rPr>
        <w:t>7378822255</w:t>
      </w:r>
    </w:p>
    <w:p w:rsidR="00777FC6" w:rsidRPr="003D5AFE" w:rsidRDefault="00804003" w:rsidP="000A337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767774">
        <w:rPr>
          <w:rFonts w:ascii="Times New Roman" w:hAnsi="Times New Roman" w:cs="Times New Roman"/>
          <w:b/>
          <w:sz w:val="28"/>
          <w:szCs w:val="28"/>
        </w:rPr>
        <w:t>Area of Research Interest</w:t>
      </w:r>
      <w:r w:rsidRPr="00767774">
        <w:rPr>
          <w:rFonts w:ascii="Times New Roman" w:hAnsi="Times New Roman" w:cs="Times New Roman"/>
          <w:sz w:val="28"/>
          <w:szCs w:val="28"/>
        </w:rPr>
        <w:t xml:space="preserve"> – </w:t>
      </w:r>
      <w:r w:rsidR="003D5AFE">
        <w:rPr>
          <w:rFonts w:ascii="Times New Roman" w:hAnsi="Times New Roman" w:cs="Times New Roman"/>
          <w:bCs/>
          <w:color w:val="001D35"/>
          <w:sz w:val="28"/>
          <w:szCs w:val="28"/>
          <w:shd w:val="clear" w:color="auto" w:fill="FFFFFF"/>
        </w:rPr>
        <w:t>Product M</w:t>
      </w:r>
      <w:r w:rsidR="003D5AFE" w:rsidRPr="003D5AFE">
        <w:rPr>
          <w:rFonts w:ascii="Times New Roman" w:hAnsi="Times New Roman" w:cs="Times New Roman"/>
          <w:bCs/>
          <w:color w:val="001D35"/>
          <w:sz w:val="28"/>
          <w:szCs w:val="28"/>
          <w:shd w:val="clear" w:color="auto" w:fill="FFFFFF"/>
        </w:rPr>
        <w:t>arketing</w:t>
      </w:r>
      <w:r w:rsidR="003D5AFE" w:rsidRPr="003D5AFE">
        <w:rPr>
          <w:rFonts w:ascii="Times New Roman" w:hAnsi="Times New Roman" w:cs="Times New Roman"/>
          <w:bCs/>
          <w:color w:val="001D35"/>
          <w:sz w:val="28"/>
          <w:szCs w:val="28"/>
          <w:shd w:val="clear" w:color="auto" w:fill="FFFFFF"/>
        </w:rPr>
        <w:t xml:space="preserve">, </w:t>
      </w:r>
      <w:r w:rsidR="003D5AFE" w:rsidRPr="003D5AFE">
        <w:rPr>
          <w:rFonts w:ascii="Times New Roman" w:hAnsi="Times New Roman" w:cs="Times New Roman"/>
          <w:bCs/>
          <w:color w:val="001D35"/>
          <w:sz w:val="28"/>
          <w:szCs w:val="28"/>
          <w:shd w:val="clear" w:color="auto" w:fill="FFFFFF"/>
        </w:rPr>
        <w:t>Digital Marketing</w:t>
      </w:r>
      <w:r w:rsidR="003D5AFE" w:rsidRPr="003D5AFE">
        <w:rPr>
          <w:rFonts w:ascii="Times New Roman" w:hAnsi="Times New Roman" w:cs="Times New Roman"/>
          <w:bCs/>
          <w:color w:val="001D35"/>
          <w:sz w:val="28"/>
          <w:szCs w:val="28"/>
          <w:shd w:val="clear" w:color="auto" w:fill="FFFFFF"/>
        </w:rPr>
        <w:t>,</w:t>
      </w:r>
      <w:r w:rsidR="003D5AFE" w:rsidRPr="003D5AFE">
        <w:rPr>
          <w:rFonts w:ascii="Times New Roman" w:hAnsi="Times New Roman" w:cs="Times New Roman"/>
          <w:sz w:val="28"/>
          <w:szCs w:val="28"/>
        </w:rPr>
        <w:t xml:space="preserve"> </w:t>
      </w:r>
      <w:hyperlink r:id="rId11" w:tgtFrame="_blank" w:history="1">
        <w:r w:rsidR="003D5AFE" w:rsidRPr="003D5AFE">
          <w:rPr>
            <w:rStyle w:val="Hyperlink"/>
            <w:rFonts w:ascii="Times New Roman" w:hAnsi="Times New Roman" w:cs="Times New Roman"/>
            <w:bCs/>
            <w:color w:val="000000" w:themeColor="text1"/>
            <w:sz w:val="28"/>
            <w:szCs w:val="28"/>
            <w:u w:val="none"/>
            <w:shd w:val="clear" w:color="auto" w:fill="FFFFFF"/>
          </w:rPr>
          <w:t>Brand Management</w:t>
        </w:r>
      </w:hyperlink>
      <w:r w:rsidR="003D5AFE" w:rsidRPr="003D5AFE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3D5AF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hyperlink r:id="rId12" w:tgtFrame="_blank" w:history="1">
        <w:r w:rsidR="003D5AFE" w:rsidRPr="003D5AFE">
          <w:rPr>
            <w:rStyle w:val="Hyperlink"/>
            <w:rFonts w:ascii="Times New Roman" w:hAnsi="Times New Roman" w:cs="Times New Roman"/>
            <w:bCs/>
            <w:color w:val="000000" w:themeColor="text1"/>
            <w:sz w:val="28"/>
            <w:szCs w:val="28"/>
            <w:u w:val="none"/>
            <w:shd w:val="clear" w:color="auto" w:fill="FFFFFF"/>
          </w:rPr>
          <w:t>Market Research</w:t>
        </w:r>
      </w:hyperlink>
      <w:r w:rsidR="003D5AF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E719DD" w:rsidRPr="003D5AFE" w:rsidRDefault="00E719DD" w:rsidP="00804003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EA05C0" w:rsidRPr="000A337B" w:rsidRDefault="00EA05C0" w:rsidP="00EA05C0"/>
    <w:sectPr w:rsidR="00EA05C0" w:rsidRPr="000A337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4630" w:rsidRDefault="00224630" w:rsidP="000B56D9">
      <w:pPr>
        <w:spacing w:after="0" w:line="240" w:lineRule="auto"/>
      </w:pPr>
      <w:r>
        <w:separator/>
      </w:r>
    </w:p>
  </w:endnote>
  <w:endnote w:type="continuationSeparator" w:id="0">
    <w:p w:rsidR="00224630" w:rsidRDefault="00224630" w:rsidP="000B56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4630" w:rsidRDefault="00224630" w:rsidP="000B56D9">
      <w:pPr>
        <w:spacing w:after="0" w:line="240" w:lineRule="auto"/>
      </w:pPr>
      <w:r>
        <w:separator/>
      </w:r>
    </w:p>
  </w:footnote>
  <w:footnote w:type="continuationSeparator" w:id="0">
    <w:p w:rsidR="00224630" w:rsidRDefault="00224630" w:rsidP="000B56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29A14D93"/>
    <w:multiLevelType w:val="hybridMultilevel"/>
    <w:tmpl w:val="9066FD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5C38CA"/>
    <w:multiLevelType w:val="hybridMultilevel"/>
    <w:tmpl w:val="D0F4B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C280CE2"/>
    <w:multiLevelType w:val="hybridMultilevel"/>
    <w:tmpl w:val="C1C09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1"/>
  </w:num>
  <w:num w:numId="11">
    <w:abstractNumId w:val="9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23FB4"/>
    <w:rsid w:val="00034616"/>
    <w:rsid w:val="0006063C"/>
    <w:rsid w:val="000A337B"/>
    <w:rsid w:val="000B56D9"/>
    <w:rsid w:val="0015074B"/>
    <w:rsid w:val="001919A7"/>
    <w:rsid w:val="00224630"/>
    <w:rsid w:val="0029639D"/>
    <w:rsid w:val="002A3380"/>
    <w:rsid w:val="00326F90"/>
    <w:rsid w:val="003D5AFE"/>
    <w:rsid w:val="0057460C"/>
    <w:rsid w:val="00583169"/>
    <w:rsid w:val="00741D56"/>
    <w:rsid w:val="00755642"/>
    <w:rsid w:val="00767774"/>
    <w:rsid w:val="00777FC6"/>
    <w:rsid w:val="007B3D8B"/>
    <w:rsid w:val="00804003"/>
    <w:rsid w:val="00850A10"/>
    <w:rsid w:val="00865E6A"/>
    <w:rsid w:val="009C3E7C"/>
    <w:rsid w:val="00A52B01"/>
    <w:rsid w:val="00AA1D8D"/>
    <w:rsid w:val="00B47730"/>
    <w:rsid w:val="00CB0664"/>
    <w:rsid w:val="00E719DD"/>
    <w:rsid w:val="00EA05C0"/>
    <w:rsid w:val="00EB47F9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0B984969-6238-43C1-A187-487CA7D0A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1">
    <w:name w:val="Light Shading1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customStyle="1" w:styleId="LightList1">
    <w:name w:val="Light List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LightList-Accent11">
    <w:name w:val="Light List - Accent 1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customStyle="1" w:styleId="LightGrid1">
    <w:name w:val="Light Grid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LightGrid-Accent11">
    <w:name w:val="Light Grid - Accent 1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customStyle="1" w:styleId="MediumShading11">
    <w:name w:val="Medium Shading 1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21">
    <w:name w:val="Medium Shading 2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-Accent11">
    <w:name w:val="Medium Shading 2 - Accent 1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List11">
    <w:name w:val="Medium List 1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customStyle="1" w:styleId="MediumList1-Accent11">
    <w:name w:val="Medium List 1 - Accent 1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customStyle="1" w:styleId="MediumList21">
    <w:name w:val="Medium List 2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Grid11">
    <w:name w:val="Medium Grid 1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customStyle="1" w:styleId="MediumGrid21">
    <w:name w:val="Medium Grid 2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31">
    <w:name w:val="Medium Grid 3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customStyle="1" w:styleId="DarkList1">
    <w:name w:val="Dark List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customStyle="1" w:styleId="ColorfulShading1">
    <w:name w:val="Colorful Shading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List1">
    <w:name w:val="Colorful List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ColorfulGrid1">
    <w:name w:val="Colorful Grid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EB47F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33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33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arsha.wadhwa23@gmail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google.com/search?q=Market+Research&amp;oq=area+of+interest+in+marketing&amp;gs_lcrp=EgZjaHJvbWUyCQgAEEUYORiABDIHCAEQABiABDIICAIQABgWGB4yCAgDEAAYFhgeMggIBBAAGBYYHjIICAUQABgWGB4yCAgGEAAYFhgeMggIBxAAGBYYHjINCAgQABiGAxiABBiKBTINCAkQABiGAxiABBiKBdIBCTEyOTU5ajBqN6gCALACAA&amp;sourceid=chrome&amp;ie=UTF-8&amp;mstk=AUtExfBEbH08k9eybPajwThCSMC1uieKBM5xCUi_1yGLSStjTPLW4WuvxLN08rqNpsnc_EdTub8We_b6NFepIu1C05gPOz4eHYQ4vVSi_IPQVWwxd0cWY-GoF6lV8_CbGBDW0dk&amp;csui=3&amp;ved=2ahUKEwjmsrOl-eOPAxXR2DgGHQVLIpIQgK4QegQICBAB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ogle.com/search?q=Brand+Management&amp;oq=area+of+interest+in+marketing&amp;gs_lcrp=EgZjaHJvbWUyCQgAEEUYORiABDIHCAEQABiABDIICAIQABgWGB4yCAgDEAAYFhgeMggIBBAAGBYYHjIICAUQABgWGB4yCAgGEAAYFhgeMggIBxAAGBYYHjINCAgQABiGAxiABBiKBTINCAkQABiGAxiABBiKBdIBCTEyOTU5ajBqN6gCALACAA&amp;sourceid=chrome&amp;ie=UTF-8&amp;mstk=AUtExfBEbH08k9eybPajwThCSMC1uieKBM5xCUi_1yGLSStjTPLW4WuvxLN08rqNpsnc_EdTub8We_b6NFepIu1C05gPOz4eHYQ4vVSi_IPQVWwxd0cWY-GoF6lV8_CbGBDW0dk&amp;csui=3&amp;ved=2ahUKEwjmsrOl-eOPAxXR2DgGHQVLIpIQgK4QegQIBhAB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varsha.wadhwa23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C4ACCB6-0D2A-4142-B1BC-BB8F60CF0A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281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Lenovo</cp:lastModifiedBy>
  <cp:revision>2</cp:revision>
  <dcterms:created xsi:type="dcterms:W3CDTF">2025-09-19T04:16:00Z</dcterms:created>
  <dcterms:modified xsi:type="dcterms:W3CDTF">2025-09-19T04:16:00Z</dcterms:modified>
</cp:coreProperties>
</file>