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380" w:rsidRPr="00A52B01" w:rsidRDefault="00777FC6">
      <w:pPr>
        <w:pStyle w:val="Heading1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A52B01">
        <w:rPr>
          <w:rFonts w:ascii="Times New Roman" w:hAnsi="Times New Roman" w:cs="Times New Roman"/>
          <w:color w:val="000000" w:themeColor="text1"/>
          <w:sz w:val="32"/>
          <w:szCs w:val="32"/>
        </w:rPr>
        <w:t>Aishwarya</w:t>
      </w:r>
      <w:proofErr w:type="spellEnd"/>
      <w:r w:rsidR="00A52B01" w:rsidRPr="00A52B0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S.</w:t>
      </w:r>
      <w:r w:rsidRPr="00A52B0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52B01">
        <w:rPr>
          <w:rFonts w:ascii="Times New Roman" w:hAnsi="Times New Roman" w:cs="Times New Roman"/>
          <w:color w:val="000000" w:themeColor="text1"/>
          <w:sz w:val="32"/>
          <w:szCs w:val="32"/>
        </w:rPr>
        <w:t>Dalavi</w:t>
      </w:r>
      <w:proofErr w:type="spellEnd"/>
    </w:p>
    <w:p w:rsidR="00A52B01" w:rsidRDefault="00A52B01">
      <w:pPr>
        <w:rPr>
          <w:rFonts w:ascii="Times New Roman" w:hAnsi="Times New Roman" w:cs="Times New Roman"/>
          <w:color w:val="000000" w:themeColor="text1"/>
        </w:rPr>
      </w:pPr>
    </w:p>
    <w:p w:rsidR="002A3380" w:rsidRPr="00EB47F9" w:rsidRDefault="00777FC6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EB47F9">
        <w:rPr>
          <w:rFonts w:ascii="Times New Roman" w:hAnsi="Times New Roman" w:cs="Times New Roman"/>
          <w:color w:val="FF0000"/>
          <w:sz w:val="28"/>
          <w:szCs w:val="28"/>
        </w:rPr>
        <w:t>Assistant Professor</w:t>
      </w:r>
    </w:p>
    <w:p w:rsidR="00A52B01" w:rsidRDefault="00777FC6" w:rsidP="00A52B01">
      <w:pPr>
        <w:jc w:val="both"/>
        <w:rPr>
          <w:rFonts w:ascii="Times New Roman" w:hAnsi="Times New Roman" w:cs="Times New Roman"/>
          <w:sz w:val="28"/>
          <w:szCs w:val="28"/>
        </w:rPr>
      </w:pPr>
      <w:r w:rsidRPr="00A52B01">
        <w:rPr>
          <w:color w:val="FF0000"/>
        </w:rPr>
        <w:br/>
      </w:r>
      <w:r w:rsidR="00A52B01" w:rsidRPr="00A52B01">
        <w:rPr>
          <w:rFonts w:ascii="Times New Roman" w:hAnsi="Times New Roman" w:cs="Times New Roman"/>
          <w:sz w:val="28"/>
          <w:szCs w:val="28"/>
        </w:rPr>
        <w:t>Qualification:</w:t>
      </w:r>
      <w:r w:rsidRPr="00A52B01">
        <w:rPr>
          <w:rFonts w:ascii="Times New Roman" w:hAnsi="Times New Roman" w:cs="Times New Roman"/>
          <w:sz w:val="28"/>
          <w:szCs w:val="28"/>
        </w:rPr>
        <w:t xml:space="preserve"> </w:t>
      </w:r>
      <w:r w:rsidR="00A52B01">
        <w:rPr>
          <w:rFonts w:ascii="Times New Roman" w:hAnsi="Times New Roman" w:cs="Times New Roman"/>
          <w:sz w:val="28"/>
          <w:szCs w:val="28"/>
        </w:rPr>
        <w:t xml:space="preserve">BSC (Hons) Agriculture, MBA </w:t>
      </w:r>
    </w:p>
    <w:p w:rsidR="002A3380" w:rsidRPr="00A52B01" w:rsidRDefault="00A52B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Experience: 1.5 Years </w:t>
      </w:r>
    </w:p>
    <w:p w:rsidR="002A3380" w:rsidRPr="00A52B01" w:rsidRDefault="00777FC6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 xml:space="preserve">Expert </w:t>
      </w:r>
      <w:r w:rsidR="00EB47F9" w:rsidRPr="00A52B01">
        <w:rPr>
          <w:rFonts w:ascii="Times New Roman" w:hAnsi="Times New Roman" w:cs="Times New Roman"/>
          <w:sz w:val="28"/>
          <w:szCs w:val="28"/>
        </w:rPr>
        <w:t>Area</w:t>
      </w:r>
      <w:r w:rsidR="00EB47F9">
        <w:rPr>
          <w:rFonts w:ascii="Times New Roman" w:hAnsi="Times New Roman" w:cs="Times New Roman"/>
          <w:sz w:val="28"/>
          <w:szCs w:val="28"/>
        </w:rPr>
        <w:t>:</w:t>
      </w:r>
      <w:r w:rsidRPr="00A52B01">
        <w:rPr>
          <w:rFonts w:ascii="Times New Roman" w:hAnsi="Times New Roman" w:cs="Times New Roman"/>
          <w:sz w:val="28"/>
          <w:szCs w:val="28"/>
        </w:rPr>
        <w:t xml:space="preserve"> Human Resource Management, Conflict Management, Training &amp; </w:t>
      </w:r>
      <w:proofErr w:type="gramStart"/>
      <w:r w:rsidRPr="00A52B01">
        <w:rPr>
          <w:rFonts w:ascii="Times New Roman" w:hAnsi="Times New Roman" w:cs="Times New Roman"/>
          <w:sz w:val="28"/>
          <w:szCs w:val="28"/>
        </w:rPr>
        <w:t>Development</w:t>
      </w:r>
      <w:r w:rsidR="00A52B0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A52B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47F9" w:rsidRDefault="00EB47F9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>Email:</w:t>
      </w:r>
      <w:r w:rsidR="00777FC6" w:rsidRPr="00A52B01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06357C">
          <w:rPr>
            <w:rStyle w:val="Hyperlink"/>
            <w:rFonts w:ascii="Times New Roman" w:hAnsi="Times New Roman" w:cs="Times New Roman"/>
            <w:sz w:val="28"/>
            <w:szCs w:val="28"/>
          </w:rPr>
          <w:t>aishwaryadalavi2707@gmail.com</w:t>
        </w:r>
      </w:hyperlink>
    </w:p>
    <w:p w:rsidR="002A3380" w:rsidRDefault="00EB47F9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>Contact:</w:t>
      </w:r>
      <w:r>
        <w:rPr>
          <w:rFonts w:ascii="Times New Roman" w:hAnsi="Times New Roman" w:cs="Times New Roman"/>
          <w:sz w:val="28"/>
          <w:szCs w:val="28"/>
        </w:rPr>
        <w:t xml:space="preserve"> 7559158099</w:t>
      </w: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 w:rsidP="000A33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524000" cy="1758462"/>
            <wp:effectExtent l="19050" t="0" r="0" b="0"/>
            <wp:docPr id="1" name="Picture 0" descr="WhatsApp Image 2025-09-17 at 22.04.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9-17 at 22.04.59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6066" cy="176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37B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Name of Teacher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04003">
        <w:rPr>
          <w:rFonts w:ascii="Times New Roman" w:hAnsi="Times New Roman" w:cs="Times New Roman"/>
          <w:sz w:val="28"/>
          <w:szCs w:val="28"/>
        </w:rPr>
        <w:t>Aishwarya</w:t>
      </w:r>
      <w:proofErr w:type="spellEnd"/>
      <w:r w:rsidRPr="00804003">
        <w:rPr>
          <w:rFonts w:ascii="Times New Roman" w:hAnsi="Times New Roman" w:cs="Times New Roman"/>
          <w:sz w:val="28"/>
          <w:szCs w:val="28"/>
        </w:rPr>
        <w:t xml:space="preserve"> S. </w:t>
      </w:r>
      <w:proofErr w:type="spellStart"/>
      <w:r w:rsidRPr="00804003">
        <w:rPr>
          <w:rFonts w:ascii="Times New Roman" w:hAnsi="Times New Roman" w:cs="Times New Roman"/>
          <w:sz w:val="28"/>
          <w:szCs w:val="28"/>
        </w:rPr>
        <w:t>Dalavi</w:t>
      </w:r>
      <w:proofErr w:type="spellEnd"/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1D56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Designation -</w:t>
      </w:r>
      <w:r w:rsidRPr="00804003">
        <w:rPr>
          <w:rFonts w:ascii="Times New Roman" w:hAnsi="Times New Roman" w:cs="Times New Roman"/>
          <w:sz w:val="28"/>
          <w:szCs w:val="28"/>
        </w:rPr>
        <w:t xml:space="preserve">           Assistant Professor </w:t>
      </w:r>
    </w:p>
    <w:p w:rsidR="00741D56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Educational Qualification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BSC (Hons) Agriculture, MBA. </w:t>
      </w:r>
    </w:p>
    <w:p w:rsidR="00741D56" w:rsidRPr="00804003" w:rsidRDefault="00EA05C0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Date of Appointment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15 July 2024 </w:t>
      </w:r>
    </w:p>
    <w:p w:rsidR="00EA05C0" w:rsidRPr="00804003" w:rsidRDefault="00E719DD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Experience in years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1.5 Years in Teaching </w:t>
      </w:r>
    </w:p>
    <w:p w:rsidR="00777FC6" w:rsidRPr="00804003" w:rsidRDefault="00E719DD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Corresponding Address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  <w:r w:rsidR="00777FC6" w:rsidRPr="00804003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777FC6" w:rsidRPr="00804003">
        <w:rPr>
          <w:rFonts w:ascii="Times New Roman" w:hAnsi="Times New Roman" w:cs="Times New Roman"/>
          <w:sz w:val="28"/>
          <w:szCs w:val="28"/>
        </w:rPr>
        <w:t>Prakash</w:t>
      </w:r>
      <w:proofErr w:type="spellEnd"/>
      <w:r w:rsidR="00777FC6" w:rsidRPr="00804003">
        <w:rPr>
          <w:rFonts w:ascii="Times New Roman" w:hAnsi="Times New Roman" w:cs="Times New Roman"/>
          <w:sz w:val="28"/>
          <w:szCs w:val="28"/>
        </w:rPr>
        <w:t xml:space="preserve"> Nagar, </w:t>
      </w:r>
      <w:proofErr w:type="spellStart"/>
      <w:r w:rsidR="00777FC6" w:rsidRPr="00804003">
        <w:rPr>
          <w:rFonts w:ascii="Times New Roman" w:hAnsi="Times New Roman" w:cs="Times New Roman"/>
          <w:sz w:val="28"/>
          <w:szCs w:val="28"/>
        </w:rPr>
        <w:t>kathora</w:t>
      </w:r>
      <w:proofErr w:type="spellEnd"/>
      <w:r w:rsidR="00777FC6" w:rsidRPr="00804003">
        <w:rPr>
          <w:rFonts w:ascii="Times New Roman" w:hAnsi="Times New Roman" w:cs="Times New Roman"/>
          <w:sz w:val="28"/>
          <w:szCs w:val="28"/>
        </w:rPr>
        <w:t xml:space="preserve"> Square , Amravati -444604</w:t>
      </w:r>
    </w:p>
    <w:p w:rsidR="00777FC6" w:rsidRPr="00804003" w:rsidRDefault="00777FC6" w:rsidP="00777FC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Email</w:t>
      </w:r>
      <w:r w:rsidRPr="00804003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804003">
          <w:rPr>
            <w:rStyle w:val="Hyperlink"/>
            <w:rFonts w:ascii="Times New Roman" w:hAnsi="Times New Roman" w:cs="Times New Roman"/>
            <w:sz w:val="28"/>
            <w:szCs w:val="28"/>
          </w:rPr>
          <w:t>aishwaryadalavi2707@gmail.com</w:t>
        </w:r>
      </w:hyperlink>
    </w:p>
    <w:p w:rsidR="00777FC6" w:rsidRPr="00804003" w:rsidRDefault="00777FC6" w:rsidP="00777FC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Contact:</w:t>
      </w:r>
      <w:r w:rsidRPr="00804003">
        <w:rPr>
          <w:rFonts w:ascii="Times New Roman" w:hAnsi="Times New Roman" w:cs="Times New Roman"/>
          <w:sz w:val="28"/>
          <w:szCs w:val="28"/>
        </w:rPr>
        <w:t xml:space="preserve"> 7559158099</w:t>
      </w:r>
    </w:p>
    <w:p w:rsidR="00777FC6" w:rsidRPr="00804003" w:rsidRDefault="00804003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Area of Research Interest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Strategic Human Resource Management , Employer Branding </w:t>
      </w:r>
    </w:p>
    <w:p w:rsidR="00E719DD" w:rsidRPr="00804003" w:rsidRDefault="00E719DD" w:rsidP="0080400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EA05C0" w:rsidRPr="000A337B" w:rsidRDefault="00EA05C0" w:rsidP="00EA05C0"/>
    <w:sectPr w:rsidR="00EA05C0" w:rsidRPr="000A337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9A14D93"/>
    <w:multiLevelType w:val="hybridMultilevel"/>
    <w:tmpl w:val="9066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5C38CA"/>
    <w:multiLevelType w:val="hybridMultilevel"/>
    <w:tmpl w:val="D0F4B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C280CE2"/>
    <w:multiLevelType w:val="hybridMultilevel"/>
    <w:tmpl w:val="C1C0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6063C"/>
    <w:rsid w:val="000A337B"/>
    <w:rsid w:val="0015074B"/>
    <w:rsid w:val="0029639D"/>
    <w:rsid w:val="002A3380"/>
    <w:rsid w:val="00326F90"/>
    <w:rsid w:val="0057460C"/>
    <w:rsid w:val="00583169"/>
    <w:rsid w:val="00741D56"/>
    <w:rsid w:val="00777FC6"/>
    <w:rsid w:val="00804003"/>
    <w:rsid w:val="00850A10"/>
    <w:rsid w:val="00A52B01"/>
    <w:rsid w:val="00AA1D8D"/>
    <w:rsid w:val="00B47730"/>
    <w:rsid w:val="00CB0664"/>
    <w:rsid w:val="00E719DD"/>
    <w:rsid w:val="00EA05C0"/>
    <w:rsid w:val="00EB47F9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List1">
    <w:name w:val="Light List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1">
    <w:name w:val="Light Grid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1">
    <w:name w:val="Medium Shading 1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1">
    <w:name w:val="Medium List 1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-Accent11">
    <w:name w:val="Medium List 1 - Accent 1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1">
    <w:name w:val="Medium List 2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1">
    <w:name w:val="Medium Grid 1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1">
    <w:name w:val="Medium Grid 2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1">
    <w:name w:val="Medium Grid 3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1">
    <w:name w:val="Dark List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1">
    <w:name w:val="Colorful Shading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1">
    <w:name w:val="Colorful List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1">
    <w:name w:val="Colorful Grid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B47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3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shwaryadalavi2707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ishwaryadalavi2707@gmail.com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MBA-STAFF-X</cp:lastModifiedBy>
  <cp:revision>6</cp:revision>
  <dcterms:created xsi:type="dcterms:W3CDTF">2025-09-17T13:45:00Z</dcterms:created>
  <dcterms:modified xsi:type="dcterms:W3CDTF">2025-09-17T14:51:00Z</dcterms:modified>
</cp:coreProperties>
</file>